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משפחה קרובה, משפחה מורחבת ומשפחה שבוחרים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של מעגלים סביבנו דרך משל האבן בשלולית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סיפור על אביגיל ומשפחתה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כדי להסביר שיש מעגלים קטנים וגדולים סביבנו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משפחה אומנת היא משפחה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הן מדברות בטלפון ונפגשות בחגים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חלק מהמשפחה המורחבת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סוגים שונים של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הרעיון של המשפחה שבחרתי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(הורים, אחים ואחיות)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(סבא, סבתא ודודים)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(אנשים קרובים ללב שאינם קרובי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(צורה שנוצרת כשזורקים אבן למים)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יסביר שמדובר באנשים קרובים ללב גם אם אינם משפחה ביולוגית, ויביא דוגמה כמו חבר טוב או שכן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להמחיש שכולם מחוברים זה לזה גם אם נראים שונים או רחוקים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סבא, סבתא, דודים ובני 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שכן, חבר קרוב או מישהו שדואג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טלפון, וידאו, מפגשים בחגים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לצייר את מעגלי הקרבה האישיים שלהם לפני הדיון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בזהירות - לא כל תלמיד ירצה לשתף פרטים אישיים על המשפחה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לפעילות עם חוט בכיתה כפי שמופיע בסיפור כדי להמחיש את הרעיון של חיבור בין אנשים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קוראים על אביגיל ועל המעגלים השונים של האנשים הקרובים ללבה - מהמשפחה הכי קרובה ועד אנשים שהם כמו משפחה. נתרגל את המושגים ואת התוכן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מעגלים  ·  מורחבת  ·  משפחה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הטקסט מתחיל באבן שנזרקת לשלולית?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ללמד על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זה משחק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להסביר שיש מעגלים קטנים וגדולים סביבנו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משפט נכון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משפחה עם אבא ואמא היא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גם משפחה אומנת היא משפחה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משפחה מורחבת גרה תמיד באותו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שומרות על קשר משפחות שגרות רחוק זו מזו?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הן לא שומרות על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הן מדברות בטלפון ונפגשות בחגים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הן כותבות רק מכתבים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משפחה מורחבת כוללת סבא, סבתא ודודים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המשפחות חייבות להיראות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להרגיש קרוב גם לאנשים שאינם קרובי משפחה ביולוגיים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הקרובה כוללת את ההורים והאחים והאחיות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סבא וסבתא ודודים הם חלק מהמשפחה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האבן שנזרקת ליצרה __________ במים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אנשים קרובים ללב שאינם קרובי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צורה שנוצרת כשזורקים אבן 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הורים, אחים ואחיות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סבא, סבתא ודודים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'המשפחה שבחרתי' ותנו דוגמה אישית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לדעתכם כל הכיתה החזיקה באותו חוט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משפחה מורחבת?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למשהו שיכול להיות חלק מ'משפחה שבחרתי'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