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משפחה קרובה, משפחה מורחבת ומשפחה שבוחרים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של מעגלים סביבנו דרך משל האבן בשלולית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סיפור על אביגיל ומשפחתה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כדי להסביר שיש מעגלים קטנים וגדולים סביבנו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משפחה אומנת היא משפחה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הן מדברות בטלפון ונפגשות בחגים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שכנה שמכינה מרק כשאני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המשפחה של אמא שלה עלתה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שיש אנשים קרובים ואנשים רחוקים יותר סביבנו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חלק מהמשפחה המורחבת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סוגים שונים של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הרעיון של המשפחה שבחרתי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לשמור על קשר בטלפון ובמפגשים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מסמל את הקשרים בין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(הורים, אחים ואחיות)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(סבא, סבתא ודודים)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(אנשים קרובים ללב שאינם קרובי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(צורה שנוצרת כשזורקים אבן 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(שיחות טלפון ומפגשים בחגים)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יסביר שמדובר באנשים קרובים ללב גם אם אינם משפחה ביולוגית, ויביא דוגמה כמו חבר טוב או שכן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להמחיש שכולם מחוברים זה לזה גם אם נראים שונים או רחוקים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 יתאר את מעגלי הקרבה שלו ויסיק שיש אנשים שונים ברמות קרבה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סבא, סבתא, דודים ובני 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שכן, חבר קרוב או מישהו שדואג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טלפון, וידאו, מפגשים בחגים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לצייר את מעגלי הקרבה האישיים שלהם לפני הדיון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בזהירות - לא כל תלמיד ירצה לשתף פרטים אישיים על המשפחה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לפעילות עם חוט בכיתה כפי שמופיע בסיפור כדי להמחיש את הרעיון של חיבור בין אנשים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לומדים על משפחה. יש משפחה קרובה ויש משפחה רחוקה יותר. יש גם אנשים שהם כמו משפחה למרות שהם לא קרובים שלנו.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קרובה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אמא, אבא, אחים ואחיות שגרים איתי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מורחבת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סבא, סבתא, דודים, דודות ובני דודים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שבחרתי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שאני אוהב ומרגיש קרוב אליהם למרות שאינם קרובי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אומנת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שמגדלת ילד שאינו הילד הביולוגי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שמוקפת סביב מרכז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שלנו למקום ולמשפחה שממנה באנו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יחסים טובים גם כשרחוקים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מתחילים בסיפור על אבן בשלולית?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ללמד על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משחק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להסביר שיש מעגלים קטנים וגדולים סביבנו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אביגיל אוהבת שלוליות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נכון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משפחה עם אבא ואמא היא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משפחה אומנת היא משפחה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משפחה מורחבת גרה תמיד באותו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היא רק אנשים שדומים זה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משפחות רחוקות שומרות על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לא שומרות על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מדברות בטלפון ונפגשות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כותבות רק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נפגשות רק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יכול להיות במשפחה שבחרתי?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שכנה שמכינה מרק כשאני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שאני לא מכיר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מדברים צרפתית בבית של אביגיל?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לומדת בחוג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המשפחה של אמא שלה עלתה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גרה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ביקשה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המעגלים במים מראים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שהמים 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 אנשים קרובים ואנשים רחוקים יותר סביבנו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שצריך לזרוק עוד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שהשלולית עמוקה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מורחבת כוללת סבא, סבתא ודודים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חייבות להיראות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להרגיש קרוב גם לאנשים שאינם קרובי משפחה ביולוגיים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שגרות רחוק לא יכולות לשמור על קשר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כל הכיתה החזיקה באותו חוט כדי להמחיש חיבור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הקרובה כוללת את ההורים והאחים והאחיות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סבא וסבתא ודודים הם חלק מהמשפחה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האבן שנזרקת ליצרה __________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שכנה שדואגת לי יכולה להיות חלק מהמשפחה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משפחה שמגדלת ילד שאינו הביולוגי שלה נקראת משפחה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קרובים ללב שאינם קרובי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שיחות טלפון ומפגשים בחגים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צורה שנוצרת כשזורקים אבן 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סבא, סבתא ודודים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שמירה על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הורים, אחים ואחיות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'המשפחה שבחרתי' ותנו דוגמה 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כל הכיתה החזיקה באותו חוט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ציירו במחשבה את המעגלים שלכם - מי הכי קרוב ומי רחוק יותר, ומה אתם מגלים מזה?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למשהו שיכול להיות חלק מ'משפחה שבחרתי'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משפחות ששומרות על קשר כשהן גרות רחוק זו מזו?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